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שליטה עצמית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"שליטה עצמית"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לעצור רגע לפני שמגיבים, ולבחור איך לפעול גם כשהרגשות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לשנות תוכנית, לראות דברים מכמה צדדים ולמצוא פתרון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לשים לב למי שצריך, להושיט יד ולעזור – בבית, בכיתה ובקהילה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להאמין שאפשר לסמוך על מישהו, ולהיות בעצמנו אנשים שאפשר לסמוך עליהם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שאעשה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🧘 שליטה עצמית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שליטה עצמית – לעצור רגע לפני שמגיבים, ולבחור איך לפעול גם כשהרגשות חזקים.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בתור לברזייה, ליה דחפה בטעות את אדל, ואדל כמעט נפלה. אדל הרגישה את הכעס עולה בבטן. היא לקחה נשימה, וראתה שליה בעצמה נבהלה ומתנצלת. במקום לדחוף בחזרה, היא אמרה: זה בסדר, רק תיזהרי.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אדל ראתה כשעצרה לנשום?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עוזר לכם להירגע לפני שאתם עונים?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"שליטה עצמית"?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 ממבוגר כשקשה לי להירגע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לספור עד חמש לפני שאני כועס או כועסת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 לתור שלי בסבלנות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🧘 שליטה עצמית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לשנות תוכנית, לראות דברים מכמה צדדים ולמצוא פתרון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גמישות מחשבתית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לשים לב למי שצריך, להושיט יד ולעזור – בבית, בכיתה ובקהילה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עזרה לזולת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להאמין שאפשר לסמוך על מישהו, ולהיות בעצמנו אנשים שאפשר לסמוך עליהם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אמון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לעצור רגע לפני שמגיבים, ולבחור איך לפעול גם כשהרגשות חזקים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"בין מה שקרה לבין מה ________ – יש נשימה אחת שלי"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מגיע מהאף, נכנס פנימה ויוצא החוצה, ואי אפשר לראות אותי. כשעושים אותי לאט ועמוק – נרגעים.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לספור עד חמש לפני שאני כועס או כועסת · לחכות לתור שלי בסבלנות · לבקש עזרה ממבוגר כשקשה לי להירגע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הרגשות שלי ועל מה שעוזר לי להירגע?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שבו עצרתם לפני שהגבתם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שליטה עצמית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