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נדיבות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"נדיבות"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give / давать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gift / подарок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smile / улыбка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heart / сердце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נדיבות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נדיבות זה לתת לאחרים. אפשר לתת עזרה, חיוך או מתנה.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 · давать · መስጠት · يعطي · donner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gift · подарок · ስጦታ · هدية · cadeau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 · улыбка · ፈገግታ · ابتسامة · sourire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heart · сердце · ልብ · قلب · cœur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לתת  |  מתנה  |  חיוך  |  לב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heart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heart / сердце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smile / улыбка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give / давать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gift / подарок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נדיבות זה ________ לאחרים. אפשר לתת עזרה, חיוך או מתנה.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"לתת".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הרגישה ליה כשקיבלה את הטוש?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לתת מחמאה לשלושה חברים / לחלוק משחק או צעצוע בהפסקה)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נדיבות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