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נדיבות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"נדיבות"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🎁 נדיבות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נוֹתְנִים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🎁 נדיבות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🎁 💛 🤲  משפט השבוע: נוֹתְנִים מִכָּל הַלֵּב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נוֹתְנִים  |  יוֹתֵר  |  עוֹצְרִים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"נוֹתְנִים מִכָּל הַלֵּב"?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🎁 נדיבות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🧘 שליטה עצמית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לתת מחמאה לשלושה חברים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לחלוק משחק או צעצוע בהפסקה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להאשים אחרים בלי לבדוק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________ מִכָּל הַלֵּב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הרגישה ליה כשקיבלה את הטוש?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לתת מחמאה לשלושה חברים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נדיבות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